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הריאיון המשפחתי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הכנה לריאיון עם בן משפחה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שאלות טובות לריאיון לבין שאלות פחות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רישום תשובות וסיכום 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לבחור בן משפחה מבוגר ולתאם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5-8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חפץ או תמונה שקשורים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אפשרות לכתוב שאלה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מראיינים בן משפחה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שאלות על שם המשפחה קשורות למקורות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(מוצא ועלייה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(חפצי מורשת)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(ילדות וזיכרונות)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(סיפור השם)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בן משפחה מבוגר לריאיון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5-8 שאלות מהמאגר או כותבים שאלה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את השאלות ומקשיבים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תשובות קצרות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אישית ורלוונטית עם הסבר קצר מדוע חשובה למשפחה או לתלמיד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בן משפחה מבוגר ולתאם זמן ושאלות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רלוונטית על ילדות, כמו משחקים או 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להעשיר את הסיפור ולראות עדות מוחשית למורשת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בזוגות: תלמיד אחד שואל, השני עונה כמרואיין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שאלה אישית משלהם בנוסף למאגר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לדון בכיתה בחשיבות ההקשבה הפעילה בזמן ריאיון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הריאיון המשפחתי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מכינים ריאיון עם בן משפחה מבוגר, אילו שאלות שואלים ואיך רושמים את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מבוגר  ·  תמונה  ·  8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לפני הריאיון כדאי קודם כול: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לבחור בן משפחה מבוגר ולתאם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 את התשובות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לצלם את כל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שאלות מומלץ לבחור מהמאגר?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5-8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אחרי השאלות, כדאי לבקש גם: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חפץ או תמונה שקשורים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להוסיף שאלה שכתבתי בעצמי ולא רק לבחור מהמאגר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לראיין דווקא ילד בגילי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שאלה על שם המשפחה שייכת לנושא המוצא והמשפחה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הריאיון בוחרים בן משפחה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מהמאגר בוחרים בין 5 ל-__________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כדאי לבקש לראות חפץ או __________ שקשורים לסיפור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שאלה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מאיפה הגיעה המשפחה שלנו?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סיפור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איזה חפץ ישן שמור אצלך?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ילדות וזיכרונות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איך נראה הבית שבו גדלת?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מוצא ועלייה לארץ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 בחר את השם שלך?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חפצי מורשת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הריאיון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רושמים תשובות קצרות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את השאלות ומקשיבים בתשומת 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מסמנים 5-8 שאלות מהמאגר או כותבים שאלה משלי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בן משפחה מבוגר לריאיון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אחת משלכם שהייתם רוצים לשאול בן משפחה מבוגר, ונמקו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לעשות לפני תחילת הריאיון?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לשאלה אחת שאפשר לשאול על ילדות המרואיין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הריאיון המשפחתי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