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הריאיון המשפחתי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הכנה לריאיון עם בן משפחה 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שאלות טובות לריאיון לבין שאלות פחות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רישום תשובות וסיכום סיפור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לבחור בן משפחה מבוגר ולתאם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5-8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חפץ או תמונה שקשורים לסיפור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איזה מאכל אהבת בילדותך?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לכתוב תשובות קצרות ולהקשיב היטב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אפשרות לכתוב שאלה משלי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מראיינים בן משפחה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הקשבה היא חלק חשוב בריאיון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שאלות על שם המשפחה קשורות למקורות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 דווקא מומלץ ומעשיר את הריאיון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שאלה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(מוצא ועלייה לארץ)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(חפצי מורשת)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(ילדות וזיכרונות)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(סיפור השם)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(למידה מניסיון החיים)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הריאיון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בן משפחה מבוגר לריאיון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מסמנים 5-8 שאלות מהמאגר או כותבים שאלה משלי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שואלים את השאלות ומקשיבים בתשומת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רושמים תשובות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מבקשים לראות חפץ או תמונה שקשורים לסיפור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אישית ורלוונטית עם הסבר קצר מדוע חשובה למשפחה או לתלמיד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סיכום קצר ועקבי של פרט מהריאיון, בשפה 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לבחור בן משפחה מבוגר ולתאם זמן ושאלות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שאלה רלוונטית על ילדות, כמו משחקים או בית 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להעשיר את הסיפור ולראות עדות מוחשית למורשת המשפחתית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בכיתה בזוגות: תלמיד אחד שואל, השני עונה כמרואיין דמיוני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לבחור שאלה אישית משלהם בנוסף למאגר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לדון בכיתה בחשיבות ההקשבה הפעילה בזמן ריאיון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הריאיון המשפחתי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לשאול שאלות לסבא או סבתא ואיך לכתוב את התשובות שלהם.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שבה שואלים שאלות כדי ללמוד על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קרבה משפחתית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בן המשפחה קשור אליי, למשל סבא, דודה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מאגר שאלות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רשימה של שאלות אפשריות לבחירה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שעושים כל שנה או כל חג, במשפחה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אישי שמישהו מספר על חייו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חפץ 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ישן ששמור במשפחה ויש לו 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ראשון, לפני הריאיון?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לבחור בן משפחה מבוגר ולתאם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את התשובות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לצלם את כל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לשכוח מהשאלות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שאלות כדאי לבחור?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1-2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5-8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עוד כדאי לבקש לראות?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חפץ או תמונה שקשורים לסיפור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שאלה מתאימה לריאיון על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השעה עכשיו?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איזה מאכל אהבת בילדותך?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יש בטלוויזיה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זה 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נכון לרשום תשובות?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הכול מילה במילה בלי להקשיב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תשובות קצרות ולהקשיב היטב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לכתוב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במקום לכתוב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להוסיף שאלה שכתבתי בעצמי ולא רק לבחור מהמאגר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לראיין דווקא ילד בגילי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להקשיב לבן המשפחה ולא רק לשאול ולרוץ הלאה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על שם המשפחה שייכת לנושא המוצא והמשפחה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לבקש לראות חפץ ישן מהמרואיין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הריאיון בוחרים בן משפחה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מהמאגר בוחרים בין 5 ל-__________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כדאי לבקש לראות חפץ או __________ שקשורים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בריאיון שואלים, מקשיבים, ו__________ תשובות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אפשר גם לכתוב שאלה __________ ולא רק לבחור מהמאגר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שאלה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מאיפה הגיעה המשפחה שלנו?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חפצי מורשת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איזה חפץ ישן שמור אצלך?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למידה מניסיון החיים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איך נראה הבית שבו גדלת?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מוצא ועלייה לארץ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 בחר את השם שלך?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ילדות וזיכרונות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איזו עצה היית נותן לי?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סיפור השם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הריאיון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את השאלות ומקשיבים בתשומת לב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מבקשים לראות חפץ או תמונה שקשורים לסיפור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מסמנים 5-8 שאלות מהמאגר או כותבים שאלה משלי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בן משפחה מבוגר לריאיון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רושמים תשובות קצרות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אחת משלכם שהייתם רוצים לשאול בן משפחה מבוגר, ונמקו למה היא חשובה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לאחר הריאיון, כתבו שני משפטים המסכמים את הסיפור הכי מעניין ששמעתם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לעשות לפני תחילת הריאיון?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לשאלה אחת שאפשר לשאול על ילדות המרואיין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לבקש לראות חפץ או תמונה בזמן הריאיון?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הריאיון המשפחתי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