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הריאיון המשפחתי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לריאיון עם בן משפחה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שאלות טובות לריאיון לבין שאלות פחות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רישום תשובות וסיכום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לבחור בן משפחה מבוגר ולתאם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5-8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או תמונה שקשורים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איזה מאכל אהבת בילדותך?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לכתוב תשובות קצרות ולהקשיב היטב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לכתוב שאלה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מראיינים בן משפחה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הקשבה היא חלק חשוב בריאיון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שאלות על שם המשפחה קשורות למקורות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דווקא מומלץ ומעשיר את הריאיון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(מוצא ועלייה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(חפצי מורשת)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(ילדות וזיכרונות)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(סיפור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(למידה מניסיון החיים)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בן משפחה מבוגר לריאיון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5-8 שאלות מהמאגר או כותבים שאלה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את השאלות ומקשיבים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מבקשים לראות חפץ או תמונה שקשורים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אישית ורלוונטית עם הסבר קצר מדוע חשובה למשפחה או לתלמיד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 קצר ועקבי של פרט מהריאיון, בשפה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בן משפחה מבוגר ולתאם זמן ושאלות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רלוונטית על ילדות, כמו משחקים או 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להעשיר את הסיפור ולראות עדות מוחשית למורשת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בזוגות: תלמיד אחד שואל, השני עונה כמרואיין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שאלה אישית משלהם בנוסף למאגר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לדון בכיתה בחשיבות ההקשבה הפעילה בזמן ריאיון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הריאיון המשפחתי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מכינים ריאיון עם בן משפחה מבוגר, אילו שאלות שואלים ואיך רושמים את התשובות.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לפני הריאיון כדאי קודם כול: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בן משפחה מבוגר ולתאם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התשובות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את כל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מהשאלות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מומלץ לבחור מהמאגר?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אחרי השאלות, כדאי לבקש גם: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או תמונה שקשורים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שאלה טובה לריאיון משפחתי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מאכל אהבת בילדותך?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יש בטלוויזיה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כשרושמים את התשובות כדאי: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הכול מילה במילה בלי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תשובות קצרות ולהקשיב היטב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לכתוב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במקום לכתוב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להוסיף שאלה שכתבתי בעצמי ולא רק לבחור מהמאגר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לראיין דווקא ילד בגילי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להקשיב לבן המשפחה ולא רק לשאול ולרוץ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שם המשפחה שייכת לנושא המוצא והמשפחה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לבקש לראות חפץ ישן מהמרואיין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הריאיון בוחרים בן משפחה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מהמאגר בוחרים בין 5 ל-__________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לבקש לראות חפץ או __________ שקשורים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בריאיון שואלים, מקשיבים, ו__________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גם לכתוב שאלה __________ ולא רק לבחור מהמאגר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ילדות וזיכרונות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חפץ ישן שמור אצלך?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נראה הבית שבו גדלת?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מוצא ועלייה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בחר את השם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למידה מניסיון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איזו עצה היית נותן 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חפצי מורשת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הריאיון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תשובות קצרות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השאלות ומקשיבים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בן משפחה מבוגר לריאיון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לראות חפץ או תמונה שקשורים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5-8 שאלות מהמאגר או כותבים שאלה משלי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משלכם שהייתם רוצים לשאול בן משפחה מבוגר, ונמקו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לאחר הריאיון, כתבו שני משפטים המסכמים את הסיפור הכי מעניין ששמעתם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תחילת הריאיון?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אחת שאפשר לשאול על ילדות המרואיין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לבקש לראות חפץ או תמונה בזמן הריאיון?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הריאיון המשפחתי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